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82F26" w14:textId="77777777" w:rsidR="00C4762B" w:rsidRDefault="00000000">
      <w:pPr>
        <w:pStyle w:val="Heading1"/>
      </w:pPr>
      <w:r>
        <w:t>June 17, 2026</w:t>
      </w:r>
    </w:p>
    <w:p w14:paraId="6A25B139" w14:textId="77777777" w:rsidR="00C4762B" w:rsidRDefault="00000000">
      <w:pPr>
        <w:pStyle w:val="Heading2"/>
      </w:pPr>
      <w:r>
        <w:t>Mile High Chapter Meeting</w:t>
      </w:r>
    </w:p>
    <w:p w14:paraId="430CD18A" w14:textId="77777777" w:rsidR="00C4762B" w:rsidRDefault="00000000">
      <w:pPr>
        <w:pStyle w:val="Heading2"/>
      </w:pPr>
      <w:r>
        <w:t>Introductions</w:t>
      </w:r>
    </w:p>
    <w:p w14:paraId="5DCF824F" w14:textId="77777777" w:rsidR="00C4762B" w:rsidRDefault="00000000">
      <w:pPr>
        <w:pStyle w:val="Heading3"/>
      </w:pPr>
      <w:r>
        <w:t>Board Members Present</w:t>
      </w:r>
    </w:p>
    <w:p w14:paraId="59E379CE" w14:textId="1A731784" w:rsidR="00AC73E5" w:rsidRDefault="00AC73E5" w:rsidP="00AC73E5">
      <w:pPr>
        <w:pStyle w:val="ListBullet"/>
        <w:numPr>
          <w:ilvl w:val="0"/>
          <w:numId w:val="10"/>
        </w:numPr>
      </w:pPr>
      <w:r>
        <w:t>Pipi Adams</w:t>
      </w:r>
    </w:p>
    <w:p w14:paraId="7CC6EF1B" w14:textId="389BE1A3" w:rsidR="00C4762B" w:rsidRDefault="00000000" w:rsidP="00AC73E5">
      <w:pPr>
        <w:pStyle w:val="ListBullet"/>
      </w:pPr>
      <w:r>
        <w:t>Cody Bair</w:t>
      </w:r>
    </w:p>
    <w:p w14:paraId="76CFD9EA" w14:textId="77777777" w:rsidR="00C4762B" w:rsidRDefault="00000000">
      <w:pPr>
        <w:pStyle w:val="ListBullet"/>
      </w:pPr>
      <w:r>
        <w:t>Kaylee Medina</w:t>
      </w:r>
    </w:p>
    <w:p w14:paraId="3E3B9C9C" w14:textId="77777777" w:rsidR="00C4762B" w:rsidRDefault="00000000">
      <w:pPr>
        <w:pStyle w:val="ListBullet"/>
      </w:pPr>
      <w:r>
        <w:t>Shane Clark</w:t>
      </w:r>
    </w:p>
    <w:p w14:paraId="0FF3EAA3" w14:textId="77777777" w:rsidR="00C4762B" w:rsidRDefault="00000000">
      <w:pPr>
        <w:pStyle w:val="ListBullet"/>
      </w:pPr>
      <w:r>
        <w:t>Shyanne Adams</w:t>
      </w:r>
    </w:p>
    <w:p w14:paraId="1B7D1A27" w14:textId="77777777" w:rsidR="00C4762B" w:rsidRDefault="00000000">
      <w:pPr>
        <w:pStyle w:val="Heading3"/>
      </w:pPr>
      <w:r>
        <w:t>Members Present (In Person)</w:t>
      </w:r>
    </w:p>
    <w:p w14:paraId="296100B8" w14:textId="77777777" w:rsidR="00C4762B" w:rsidRDefault="00000000">
      <w:pPr>
        <w:pStyle w:val="ListBullet"/>
      </w:pPr>
      <w:r>
        <w:t>Bishoy Fargala</w:t>
      </w:r>
    </w:p>
    <w:p w14:paraId="09654F51" w14:textId="77777777" w:rsidR="00C4762B" w:rsidRDefault="00000000">
      <w:pPr>
        <w:pStyle w:val="ListBullet"/>
      </w:pPr>
      <w:r>
        <w:t>Elijah Smith</w:t>
      </w:r>
    </w:p>
    <w:p w14:paraId="0EA079F2" w14:textId="77777777" w:rsidR="00C4762B" w:rsidRDefault="00000000">
      <w:pPr>
        <w:pStyle w:val="ListBullet"/>
      </w:pPr>
      <w:r>
        <w:t>Jamila Lane</w:t>
      </w:r>
    </w:p>
    <w:p w14:paraId="3D72F023" w14:textId="77777777" w:rsidR="00C4762B" w:rsidRDefault="00000000">
      <w:pPr>
        <w:pStyle w:val="ListBullet"/>
      </w:pPr>
      <w:r>
        <w:t>Tim Keenan</w:t>
      </w:r>
    </w:p>
    <w:p w14:paraId="7D734388" w14:textId="77777777" w:rsidR="00C4762B" w:rsidRDefault="00000000">
      <w:pPr>
        <w:pStyle w:val="Heading3"/>
      </w:pPr>
      <w:r>
        <w:t>Members Present (Zoom)</w:t>
      </w:r>
    </w:p>
    <w:p w14:paraId="49F2A9EC" w14:textId="77777777" w:rsidR="00C4762B" w:rsidRDefault="00000000">
      <w:pPr>
        <w:pStyle w:val="ListBullet"/>
      </w:pPr>
      <w:r>
        <w:t>Audrey Marquez</w:t>
      </w:r>
    </w:p>
    <w:p w14:paraId="7D6DA3C3" w14:textId="77777777" w:rsidR="00C4762B" w:rsidRDefault="00000000">
      <w:pPr>
        <w:pStyle w:val="ListBullet"/>
      </w:pPr>
      <w:r>
        <w:t>Delphina Rodriguez</w:t>
      </w:r>
    </w:p>
    <w:p w14:paraId="723078A8" w14:textId="77777777" w:rsidR="00C4762B" w:rsidRDefault="00000000">
      <w:pPr>
        <w:pStyle w:val="ListBullet"/>
      </w:pPr>
      <w:r>
        <w:t>Dishon Spears</w:t>
      </w:r>
    </w:p>
    <w:p w14:paraId="4891B8F2" w14:textId="77777777" w:rsidR="00C4762B" w:rsidRDefault="00000000">
      <w:pPr>
        <w:pStyle w:val="ListBullet"/>
      </w:pPr>
      <w:r>
        <w:t>Erin Daley</w:t>
      </w:r>
    </w:p>
    <w:p w14:paraId="1970F5C1" w14:textId="77777777" w:rsidR="00C4762B" w:rsidRDefault="00000000">
      <w:pPr>
        <w:pStyle w:val="ListBullet"/>
      </w:pPr>
      <w:r>
        <w:t>Ileen Gallegos</w:t>
      </w:r>
    </w:p>
    <w:p w14:paraId="1D90BECA" w14:textId="77777777" w:rsidR="00C4762B" w:rsidRDefault="00000000">
      <w:pPr>
        <w:pStyle w:val="ListBullet"/>
      </w:pPr>
      <w:r>
        <w:t>Martin Bacerra</w:t>
      </w:r>
    </w:p>
    <w:p w14:paraId="54F3FE68" w14:textId="77777777" w:rsidR="00C4762B" w:rsidRDefault="00000000">
      <w:pPr>
        <w:pStyle w:val="Heading2"/>
      </w:pPr>
      <w:r>
        <w:t>Approval of Minutes</w:t>
      </w:r>
    </w:p>
    <w:p w14:paraId="2F73D05F" w14:textId="77777777" w:rsidR="00C4762B" w:rsidRDefault="00000000">
      <w:r>
        <w:t>The May meeting minutes were approved. Motion by Tim Keenan and seconded by Shyanne Adams. Motion carried.</w:t>
      </w:r>
    </w:p>
    <w:p w14:paraId="090D9845" w14:textId="77777777" w:rsidR="00C4762B" w:rsidRDefault="00000000">
      <w:pPr>
        <w:pStyle w:val="Heading2"/>
      </w:pPr>
      <w:r>
        <w:t>Treasurer's Report</w:t>
      </w:r>
    </w:p>
    <w:p w14:paraId="699734AE" w14:textId="77777777" w:rsidR="00C4762B" w:rsidRDefault="00000000">
      <w:r>
        <w:t>Starting Balance: $4,957.93</w:t>
      </w:r>
    </w:p>
    <w:p w14:paraId="68CCD817" w14:textId="77777777" w:rsidR="00C4762B" w:rsidRDefault="00000000">
      <w:r>
        <w:t>Income: Casino Bus Ticket Sales $700.00; Chapter Dues $5.00</w:t>
      </w:r>
    </w:p>
    <w:p w14:paraId="158AE53E" w14:textId="77777777" w:rsidR="00C4762B" w:rsidRDefault="00000000">
      <w:r>
        <w:t>Expenses: Casino Bus Expense $450.00</w:t>
      </w:r>
    </w:p>
    <w:p w14:paraId="0C892ACF" w14:textId="77777777" w:rsidR="00C4762B" w:rsidRDefault="00000000">
      <w:r>
        <w:t>Ending Balance: $5,212.93</w:t>
      </w:r>
    </w:p>
    <w:p w14:paraId="053BEBEB" w14:textId="77777777" w:rsidR="00C4762B" w:rsidRDefault="00000000">
      <w:pPr>
        <w:pStyle w:val="Heading2"/>
      </w:pPr>
      <w:r>
        <w:t>Beep Baseball</w:t>
      </w:r>
    </w:p>
    <w:p w14:paraId="66D649FF" w14:textId="77777777" w:rsidR="00C4762B" w:rsidRDefault="00000000">
      <w:r>
        <w:t>Elijah Smith reported efforts to reestablish a Denver beep baseball team with Pipi. Approximately 15 individuals have expressed interest. Volunteers and sponsors are being sought, and players of all experience levels are welcome.</w:t>
      </w:r>
    </w:p>
    <w:p w14:paraId="45E19B3F" w14:textId="77777777" w:rsidR="00C4762B" w:rsidRDefault="00000000">
      <w:pPr>
        <w:pStyle w:val="Heading2"/>
      </w:pPr>
      <w:r>
        <w:t>Membership</w:t>
      </w:r>
    </w:p>
    <w:p w14:paraId="7B0D9108" w14:textId="77777777" w:rsidR="00C4762B" w:rsidRDefault="00000000">
      <w:r>
        <w:t>Discussed organizing a back-to-school backpack drive with other metro chapters and hosting a trivia night fundraiser.</w:t>
      </w:r>
    </w:p>
    <w:p w14:paraId="5281D53E" w14:textId="77777777" w:rsidR="00C4762B" w:rsidRDefault="00000000">
      <w:pPr>
        <w:pStyle w:val="Heading2"/>
      </w:pPr>
      <w:r>
        <w:t>Camping Trip</w:t>
      </w:r>
    </w:p>
    <w:p w14:paraId="59DE96BF" w14:textId="77777777" w:rsidR="00C4762B" w:rsidRDefault="00000000">
      <w:r>
        <w:t>Cody provided details about the July camping trip and encouraged members to RSVP.</w:t>
      </w:r>
    </w:p>
    <w:p w14:paraId="4B49F474" w14:textId="77777777" w:rsidR="00C4762B" w:rsidRDefault="00000000">
      <w:pPr>
        <w:pStyle w:val="Heading2"/>
      </w:pPr>
      <w:r>
        <w:t>Fundraiser</w:t>
      </w:r>
    </w:p>
    <w:p w14:paraId="6F33E286" w14:textId="77777777" w:rsidR="00C4762B" w:rsidRDefault="00000000">
      <w:r>
        <w:t>Members shared positive feedback from the recent casino trip fundraiser.</w:t>
      </w:r>
    </w:p>
    <w:p w14:paraId="34862D76" w14:textId="77777777" w:rsidR="00C4762B" w:rsidRDefault="00000000">
      <w:pPr>
        <w:pStyle w:val="Heading2"/>
      </w:pPr>
      <w:r>
        <w:t>CCB Report</w:t>
      </w:r>
    </w:p>
    <w:p w14:paraId="1A8AC83C" w14:textId="77777777" w:rsidR="00C4762B" w:rsidRDefault="00000000">
      <w:r>
        <w:t>Summer students arrive Friday. Approximately eight students and eight staff/former students plan to attend convention. Recent activities included rock climbing and a staff retreat at the Breckenridge Outdoor Recreation Center.</w:t>
      </w:r>
    </w:p>
    <w:p w14:paraId="59305A65" w14:textId="77777777" w:rsidR="00C4762B" w:rsidRDefault="00000000">
      <w:pPr>
        <w:pStyle w:val="Heading2"/>
      </w:pPr>
      <w:r>
        <w:t>State Report</w:t>
      </w:r>
    </w:p>
    <w:p w14:paraId="2F08C22A" w14:textId="77777777" w:rsidR="00C4762B" w:rsidRDefault="00000000">
      <w:r>
        <w:t>The 6 Dot Dash is scheduled for September 12. State Convention will be held the first weekend of November. Updates from the May in-person board meeting were shared. Emerging Leaders is developing a mentorship program.</w:t>
      </w:r>
    </w:p>
    <w:p w14:paraId="7E0D8731" w14:textId="77777777" w:rsidR="00C4762B" w:rsidRDefault="00000000">
      <w:pPr>
        <w:pStyle w:val="Heading2"/>
      </w:pPr>
      <w:r>
        <w:t>RTD Report</w:t>
      </w:r>
    </w:p>
    <w:p w14:paraId="68085D02" w14:textId="77777777" w:rsidR="00C4762B" w:rsidRDefault="00000000">
      <w:r>
        <w:t>Members discussed proposed RTD service reductions and the need for continued advocacy regarding Access-on-Demand services.</w:t>
      </w:r>
    </w:p>
    <w:p w14:paraId="23E4F975" w14:textId="77777777" w:rsidR="00C4762B" w:rsidRDefault="00000000">
      <w:pPr>
        <w:pStyle w:val="Heading2"/>
      </w:pPr>
      <w:r>
        <w:t>Convention Pledge</w:t>
      </w:r>
    </w:p>
    <w:p w14:paraId="2242CE47" w14:textId="77777777" w:rsidR="00C4762B" w:rsidRDefault="00000000">
      <w:r>
        <w:t>The chapter approved a $2,000 pledge to assist with National Convention attendance. Motion by Cody Bair, seconded by Tim Keenan. Motion carried.</w:t>
      </w:r>
    </w:p>
    <w:p w14:paraId="77F04C49" w14:textId="77777777" w:rsidR="00C4762B" w:rsidRDefault="00000000">
      <w:pPr>
        <w:pStyle w:val="Heading2"/>
      </w:pPr>
      <w:r>
        <w:t>New Members</w:t>
      </w:r>
    </w:p>
    <w:p w14:paraId="58AB8C32" w14:textId="0B0EE46A" w:rsidR="00C4762B" w:rsidRDefault="00000000">
      <w:r>
        <w:t xml:space="preserve">Christine and Mo expressed interest </w:t>
      </w:r>
      <w:r w:rsidR="00AC73E5">
        <w:t xml:space="preserve">in renewing membership and paying </w:t>
      </w:r>
      <w:r>
        <w:t>dues.</w:t>
      </w:r>
    </w:p>
    <w:p w14:paraId="482E47C9" w14:textId="77777777" w:rsidR="00C4762B" w:rsidRDefault="00000000">
      <w:pPr>
        <w:pStyle w:val="Heading2"/>
      </w:pPr>
      <w:r>
        <w:t>Elections</w:t>
      </w:r>
    </w:p>
    <w:p w14:paraId="3284B9E5" w14:textId="505A068F" w:rsidR="00C4762B" w:rsidRDefault="00000000">
      <w:r>
        <w:t>President: Cody Bair elected by acclamation.</w:t>
      </w:r>
      <w:r>
        <w:br/>
        <w:t>Vice President: Kaylee Medina elected by acclamation.</w:t>
      </w:r>
      <w:r>
        <w:br/>
        <w:t>Treasurer: Shyanne Adams electe</w:t>
      </w:r>
      <w:r w:rsidR="00AC73E5">
        <w:t>d by acclamation</w:t>
      </w:r>
      <w:r>
        <w:br/>
        <w:t>Secretary: Pipi elected.</w:t>
      </w:r>
      <w:r>
        <w:br/>
        <w:t>Board Members: Ileen Gallegos, Jamila Lane, and Tim Keenan elected.</w:t>
      </w:r>
    </w:p>
    <w:p w14:paraId="28DC51CC" w14:textId="77777777" w:rsidR="00C4762B" w:rsidRDefault="00000000">
      <w:pPr>
        <w:pStyle w:val="Heading2"/>
      </w:pPr>
      <w:r>
        <w:t>Announcements</w:t>
      </w:r>
    </w:p>
    <w:p w14:paraId="273ABD27" w14:textId="77777777" w:rsidR="00C4762B" w:rsidRDefault="00000000">
      <w:r>
        <w:t>Tim announced blind sailing sessions beginning July 20 with additional sessions in August. Cody announced blind hockey opportunities beginning June 20 and continuing through July.</w:t>
      </w:r>
    </w:p>
    <w:p w14:paraId="137743EF" w14:textId="77777777" w:rsidR="00C4762B" w:rsidRDefault="00000000">
      <w:pPr>
        <w:pStyle w:val="Heading2"/>
      </w:pPr>
      <w:r>
        <w:t>Adjournment</w:t>
      </w:r>
    </w:p>
    <w:p w14:paraId="6175D53B" w14:textId="77777777" w:rsidR="00C4762B" w:rsidRDefault="00000000">
      <w:r>
        <w:t>The meeting adjourned at 7:13 PM.</w:t>
      </w:r>
    </w:p>
    <w:sectPr w:rsidR="00C4762B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709056F"/>
    <w:multiLevelType w:val="hybridMultilevel"/>
    <w:tmpl w:val="1354F18C"/>
    <w:lvl w:ilvl="0" w:tplc="E8441DBC">
      <w:start w:val="6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8608463">
    <w:abstractNumId w:val="8"/>
  </w:num>
  <w:num w:numId="2" w16cid:durableId="1203517541">
    <w:abstractNumId w:val="6"/>
  </w:num>
  <w:num w:numId="3" w16cid:durableId="1680545204">
    <w:abstractNumId w:val="5"/>
  </w:num>
  <w:num w:numId="4" w16cid:durableId="1666736867">
    <w:abstractNumId w:val="4"/>
  </w:num>
  <w:num w:numId="5" w16cid:durableId="1145703378">
    <w:abstractNumId w:val="7"/>
  </w:num>
  <w:num w:numId="6" w16cid:durableId="2067408975">
    <w:abstractNumId w:val="3"/>
  </w:num>
  <w:num w:numId="7" w16cid:durableId="960501155">
    <w:abstractNumId w:val="2"/>
  </w:num>
  <w:num w:numId="8" w16cid:durableId="1267419247">
    <w:abstractNumId w:val="1"/>
  </w:num>
  <w:num w:numId="9" w16cid:durableId="1807310267">
    <w:abstractNumId w:val="0"/>
  </w:num>
  <w:num w:numId="10" w16cid:durableId="51538679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AC73E5"/>
    <w:rsid w:val="00B47730"/>
    <w:rsid w:val="00C4762B"/>
    <w:rsid w:val="00CB0664"/>
    <w:rsid w:val="00D76D0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C043A2C"/>
  <w14:defaultImageDpi w14:val="300"/>
  <w15:docId w15:val="{47EB69E4-8501-4CDC-972F-70FBB9DF7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20202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376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Cody Bair</cp:lastModifiedBy>
  <cp:revision>2</cp:revision>
  <dcterms:created xsi:type="dcterms:W3CDTF">2013-12-23T23:15:00Z</dcterms:created>
  <dcterms:modified xsi:type="dcterms:W3CDTF">2026-07-13T01:58:00Z</dcterms:modified>
  <cp:category/>
</cp:coreProperties>
</file>