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D2856" w14:textId="77777777" w:rsidR="00FD4A59" w:rsidRPr="00D53E50" w:rsidRDefault="00127977" w:rsidP="00D53E50">
      <w:pPr>
        <w:pStyle w:val="Title"/>
        <w:jc w:val="center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Downtown Lincoln Hotels and Airport Transportation</w:t>
      </w:r>
    </w:p>
    <w:p w14:paraId="51BF5A26" w14:textId="77777777" w:rsidR="00D53E50" w:rsidRPr="00D53E50" w:rsidRDefault="00D53E50">
      <w:pPr>
        <w:rPr>
          <w:rFonts w:ascii="Arial Black" w:hAnsi="Arial Black"/>
          <w:sz w:val="24"/>
        </w:rPr>
      </w:pPr>
    </w:p>
    <w:p w14:paraId="5B2364D0" w14:textId="42DA74CB" w:rsidR="00FD4A59" w:rsidRPr="00D53E50" w:rsidRDefault="00127977">
      <w:pPr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Hotel rates are approximate</w:t>
      </w:r>
      <w:r w:rsidR="00D53E50" w:rsidRPr="00D53E50">
        <w:rPr>
          <w:rFonts w:ascii="Arial Black" w:hAnsi="Arial Black"/>
          <w:sz w:val="24"/>
        </w:rPr>
        <w:t>,</w:t>
      </w:r>
      <w:r w:rsidRPr="00D53E50">
        <w:rPr>
          <w:rFonts w:ascii="Arial Black" w:hAnsi="Arial Black"/>
          <w:sz w:val="24"/>
        </w:rPr>
        <w:t xml:space="preserve"> </w:t>
      </w:r>
      <w:r w:rsidRPr="00D53E50">
        <w:rPr>
          <w:rFonts w:ascii="Arial Black" w:hAnsi="Arial Black"/>
          <w:sz w:val="24"/>
        </w:rPr>
        <w:t>excluding taxes and fees. Restaurant and shuttle arrangements should be confirmed directly.</w:t>
      </w:r>
    </w:p>
    <w:p w14:paraId="1019A4F8" w14:textId="77777777" w:rsidR="00D53E50" w:rsidRPr="00D53E50" w:rsidRDefault="00D53E50">
      <w:pPr>
        <w:pStyle w:val="Heading1"/>
        <w:rPr>
          <w:rFonts w:ascii="Arial Black" w:hAnsi="Arial Black"/>
          <w:b w:val="0"/>
          <w:sz w:val="24"/>
        </w:rPr>
      </w:pPr>
    </w:p>
    <w:p w14:paraId="77DF5FEB" w14:textId="58A01384" w:rsidR="00FD4A59" w:rsidRPr="00D53E50" w:rsidRDefault="00127977">
      <w:pPr>
        <w:pStyle w:val="Heading1"/>
        <w:rPr>
          <w:rFonts w:ascii="Arial Black" w:hAnsi="Arial Black"/>
          <w:b w:val="0"/>
          <w:sz w:val="24"/>
        </w:rPr>
      </w:pPr>
      <w:r w:rsidRPr="00D53E50">
        <w:rPr>
          <w:rFonts w:ascii="Arial Black" w:hAnsi="Arial Black"/>
          <w:b w:val="0"/>
          <w:sz w:val="24"/>
        </w:rPr>
        <w:t>Downtown Lincoln Hotels</w:t>
      </w:r>
    </w:p>
    <w:p w14:paraId="4F6FAAD6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1. Lincoln Marriott Cornhusker Hotel</w:t>
      </w:r>
    </w:p>
    <w:p w14:paraId="09F9C650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Address: 333 S. 13th Street, Lincoln, NE 68508</w:t>
      </w:r>
    </w:p>
    <w:p w14:paraId="4E39941F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402-474-7474</w:t>
      </w:r>
    </w:p>
    <w:p w14:paraId="11F457C9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https://www.marriott.com</w:t>
      </w:r>
    </w:p>
    <w:p w14:paraId="65D86A6C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Estimated nightly cost: $140–$260</w:t>
      </w:r>
    </w:p>
    <w:p w14:paraId="3A77981D" w14:textId="5D8CA8B8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Breakfast: </w:t>
      </w:r>
      <w:r w:rsidRPr="00D53E50">
        <w:rPr>
          <w:rFonts w:ascii="Arial Black" w:hAnsi="Arial Black"/>
          <w:sz w:val="24"/>
        </w:rPr>
        <w:t>Available for purchase</w:t>
      </w:r>
    </w:p>
    <w:p w14:paraId="19135313" w14:textId="225C731B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On-site restaurant: Yes; </w:t>
      </w:r>
      <w:r w:rsidR="00B06BE2" w:rsidRPr="00D53E50">
        <w:rPr>
          <w:rFonts w:ascii="Arial Black" w:hAnsi="Arial Black"/>
          <w:sz w:val="24"/>
        </w:rPr>
        <w:t xml:space="preserve">serving breakfast, lunch and dinner. </w:t>
      </w:r>
      <w:r w:rsidR="00A66567" w:rsidRPr="00D53E50">
        <w:rPr>
          <w:rFonts w:ascii="Arial Black" w:hAnsi="Arial Black"/>
          <w:sz w:val="24"/>
        </w:rPr>
        <w:t>Starbucks</w:t>
      </w:r>
      <w:r w:rsidR="00B06BE2" w:rsidRPr="00D53E50">
        <w:rPr>
          <w:rFonts w:ascii="Arial Black" w:hAnsi="Arial Black"/>
          <w:sz w:val="24"/>
        </w:rPr>
        <w:t xml:space="preserve"> in the lobby</w:t>
      </w:r>
    </w:p>
    <w:p w14:paraId="1566BEC5" w14:textId="09710D16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Lincoln Airport shuttle: </w:t>
      </w:r>
      <w:r w:rsidR="00A66567" w:rsidRPr="00D53E50">
        <w:rPr>
          <w:rFonts w:ascii="Arial Black" w:hAnsi="Arial Black"/>
          <w:sz w:val="24"/>
        </w:rPr>
        <w:t>Yes</w:t>
      </w:r>
    </w:p>
    <w:p w14:paraId="21B14E41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2. The Kindler Hotel</w:t>
      </w:r>
    </w:p>
    <w:p w14:paraId="2A13E06B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Address: 216 N. 11th Street, Lincoln, NE 68508</w:t>
      </w:r>
    </w:p>
    <w:p w14:paraId="57952350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402-261-7800</w:t>
      </w:r>
    </w:p>
    <w:p w14:paraId="0F78A7FB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https://thekindlerhotel.com</w:t>
      </w:r>
    </w:p>
    <w:p w14:paraId="22D0FB96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Estimated nightly cost: $200–$350</w:t>
      </w:r>
    </w:p>
    <w:p w14:paraId="46507432" w14:textId="66DC3FCA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Breakfast: </w:t>
      </w:r>
      <w:r w:rsidR="00A66567" w:rsidRPr="00D53E50">
        <w:rPr>
          <w:rFonts w:ascii="Arial Black" w:hAnsi="Arial Black"/>
          <w:sz w:val="24"/>
        </w:rPr>
        <w:t>No</w:t>
      </w:r>
    </w:p>
    <w:p w14:paraId="17867FAD" w14:textId="7BFBABA1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On-site restaurant: </w:t>
      </w:r>
      <w:r w:rsidR="00A66567" w:rsidRPr="00D53E50">
        <w:rPr>
          <w:rFonts w:ascii="Arial Black" w:hAnsi="Arial Black"/>
          <w:sz w:val="24"/>
        </w:rPr>
        <w:t xml:space="preserve">Yes; </w:t>
      </w:r>
      <w:r w:rsidR="00976F7A" w:rsidRPr="00D53E50">
        <w:rPr>
          <w:rFonts w:ascii="Arial Black" w:hAnsi="Arial Black"/>
          <w:sz w:val="24"/>
        </w:rPr>
        <w:t>serves drinks and small eats.</w:t>
      </w:r>
    </w:p>
    <w:p w14:paraId="1DDCDDB3" w14:textId="1412AA10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Lincoln Airport shuttle: </w:t>
      </w:r>
      <w:r w:rsidR="00B06BE2" w:rsidRPr="00D53E50">
        <w:rPr>
          <w:rFonts w:ascii="Arial Black" w:hAnsi="Arial Black"/>
          <w:sz w:val="24"/>
        </w:rPr>
        <w:t>Yes</w:t>
      </w:r>
    </w:p>
    <w:p w14:paraId="3D31EB4D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3. Embassy Suites by Hilton Lincoln</w:t>
      </w:r>
    </w:p>
    <w:p w14:paraId="3F1CC98E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Address: 1040 P Street, Lincoln, NE 68508</w:t>
      </w:r>
    </w:p>
    <w:p w14:paraId="4E6D2B98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402-474-1111</w:t>
      </w:r>
    </w:p>
    <w:p w14:paraId="4D2E4C58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https://www.hilton.com</w:t>
      </w:r>
    </w:p>
    <w:p w14:paraId="0433BBEA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lastRenderedPageBreak/>
        <w:t>Estimated nightly cost: $170–$300</w:t>
      </w:r>
    </w:p>
    <w:p w14:paraId="4FBCC1B8" w14:textId="7D8AAB2E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Breakfast: </w:t>
      </w:r>
      <w:r w:rsidR="00B06BE2" w:rsidRPr="00D53E50">
        <w:rPr>
          <w:rFonts w:ascii="Arial Black" w:hAnsi="Arial Black"/>
          <w:sz w:val="24"/>
        </w:rPr>
        <w:t xml:space="preserve">Yes; </w:t>
      </w:r>
      <w:r w:rsidRPr="00D53E50">
        <w:rPr>
          <w:rFonts w:ascii="Arial Black" w:hAnsi="Arial Black"/>
          <w:sz w:val="24"/>
        </w:rPr>
        <w:t xml:space="preserve">Complimentary </w:t>
      </w:r>
      <w:r w:rsidR="00A66567" w:rsidRPr="00D53E50">
        <w:rPr>
          <w:rFonts w:ascii="Arial Black" w:hAnsi="Arial Black"/>
          <w:sz w:val="24"/>
        </w:rPr>
        <w:t xml:space="preserve">hot </w:t>
      </w:r>
      <w:r w:rsidRPr="00D53E50">
        <w:rPr>
          <w:rFonts w:ascii="Arial Black" w:hAnsi="Arial Black"/>
          <w:sz w:val="24"/>
        </w:rPr>
        <w:t>breakfast included.</w:t>
      </w:r>
    </w:p>
    <w:p w14:paraId="17609526" w14:textId="60CAEA75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On-site restaurant: </w:t>
      </w:r>
      <w:r w:rsidR="00976F7A" w:rsidRPr="00D53E50">
        <w:rPr>
          <w:rFonts w:ascii="Arial Black" w:hAnsi="Arial Black"/>
          <w:sz w:val="24"/>
        </w:rPr>
        <w:t xml:space="preserve">Yes; </w:t>
      </w:r>
      <w:r w:rsidR="006B4708" w:rsidRPr="00D53E50">
        <w:rPr>
          <w:rFonts w:ascii="Arial Black" w:hAnsi="Arial Black"/>
          <w:sz w:val="24"/>
        </w:rPr>
        <w:t>it serves</w:t>
      </w:r>
      <w:r w:rsidR="00976F7A" w:rsidRPr="00D53E50">
        <w:rPr>
          <w:rFonts w:ascii="Arial Black" w:hAnsi="Arial Black"/>
          <w:sz w:val="24"/>
        </w:rPr>
        <w:t xml:space="preserve"> lunch and dinner.</w:t>
      </w:r>
    </w:p>
    <w:p w14:paraId="6F469C75" w14:textId="2ED7BAEB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Lincoln Airport shuttle: </w:t>
      </w:r>
      <w:r w:rsidR="00B06BE2" w:rsidRPr="00D53E50">
        <w:rPr>
          <w:rFonts w:ascii="Arial Black" w:hAnsi="Arial Black"/>
          <w:sz w:val="24"/>
        </w:rPr>
        <w:t>Yes</w:t>
      </w:r>
    </w:p>
    <w:p w14:paraId="02ED238D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4. Holiday Inn Express &amp; Suites Lincoln Downtown</w:t>
      </w:r>
    </w:p>
    <w:p w14:paraId="5E799331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Address: 905 O Street, Lincoln, NE 68508</w:t>
      </w:r>
    </w:p>
    <w:p w14:paraId="791096C4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402-904-6701</w:t>
      </w:r>
    </w:p>
    <w:p w14:paraId="0C74D77D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https://www.ihg.com/holidayinnexpress/hotels/us/en/lincoln/lnkxs/hoteldetail</w:t>
      </w:r>
    </w:p>
    <w:p w14:paraId="797B9AAB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Estimated nightly cost: $110–$210</w:t>
      </w:r>
    </w:p>
    <w:p w14:paraId="15E97E2C" w14:textId="4F7A0DEA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Breakfast: </w:t>
      </w:r>
      <w:r w:rsidR="00976F7A" w:rsidRPr="00D53E50">
        <w:rPr>
          <w:rFonts w:ascii="Arial Black" w:hAnsi="Arial Black"/>
          <w:sz w:val="24"/>
        </w:rPr>
        <w:t>Yes; c</w:t>
      </w:r>
      <w:r w:rsidRPr="00D53E50">
        <w:rPr>
          <w:rFonts w:ascii="Arial Black" w:hAnsi="Arial Black"/>
          <w:sz w:val="24"/>
        </w:rPr>
        <w:t>omplimentary hot breakfast</w:t>
      </w:r>
      <w:r w:rsidRPr="00D53E50">
        <w:rPr>
          <w:rFonts w:ascii="Arial Black" w:hAnsi="Arial Black"/>
          <w:sz w:val="24"/>
        </w:rPr>
        <w:t>.</w:t>
      </w:r>
    </w:p>
    <w:p w14:paraId="399A0EC3" w14:textId="047547A4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On-site restaurant: </w:t>
      </w:r>
      <w:r w:rsidR="00A66567" w:rsidRPr="00D53E50">
        <w:rPr>
          <w:rFonts w:ascii="Arial Black" w:hAnsi="Arial Black"/>
          <w:sz w:val="24"/>
        </w:rPr>
        <w:t>No</w:t>
      </w:r>
    </w:p>
    <w:p w14:paraId="66353231" w14:textId="224A0AB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Lincoln Airport shuttle: No </w:t>
      </w:r>
    </w:p>
    <w:p w14:paraId="21D37C76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5. Drury Plaza Hotel Lincoln Downtown</w:t>
      </w:r>
    </w:p>
    <w:p w14:paraId="495A7B9B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Address: 920 Q Street, Lincoln, NE 68508</w:t>
      </w:r>
    </w:p>
    <w:p w14:paraId="2F44C0C0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402-859-5999</w:t>
      </w:r>
    </w:p>
    <w:p w14:paraId="7BA35E9D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https://www.druryhotels.com/locations/lincoln-ne/drury-plaza-hotel-lincoln-downtown</w:t>
      </w:r>
    </w:p>
    <w:p w14:paraId="45719735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Estimated nightly cost: $160–$280</w:t>
      </w:r>
    </w:p>
    <w:p w14:paraId="31C2B4EE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Breakfast: Complimentary hot breakfast; evening 5:30 Kickback food and beverages.</w:t>
      </w:r>
    </w:p>
    <w:p w14:paraId="15A3DEC9" w14:textId="260DD201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On-site restaurant: </w:t>
      </w:r>
      <w:r w:rsidR="00A66567" w:rsidRPr="00D53E50">
        <w:rPr>
          <w:rFonts w:ascii="Arial Black" w:hAnsi="Arial Black"/>
          <w:sz w:val="24"/>
        </w:rPr>
        <w:t>No</w:t>
      </w:r>
    </w:p>
    <w:p w14:paraId="4AA69412" w14:textId="41E3D395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Lincoln Airport shuttle: No </w:t>
      </w:r>
    </w:p>
    <w:p w14:paraId="738B4237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6. Graduate by Hilton Lincoln</w:t>
      </w:r>
    </w:p>
    <w:p w14:paraId="4078235A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Address: 141 N. 9th Street, Lincoln, NE 68508</w:t>
      </w:r>
    </w:p>
    <w:p w14:paraId="5BF118C6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402-475-4011</w:t>
      </w:r>
    </w:p>
    <w:p w14:paraId="4B503F0B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https://www.hilton.com/en/hotels/lnkglgu-graduate-lincoln/</w:t>
      </w:r>
    </w:p>
    <w:p w14:paraId="608F5E0A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Estimated nightly cost: $130–$250</w:t>
      </w:r>
    </w:p>
    <w:p w14:paraId="771785B0" w14:textId="77071951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Breakfast: </w:t>
      </w:r>
      <w:r w:rsidR="00A66567" w:rsidRPr="00D53E50">
        <w:rPr>
          <w:rFonts w:ascii="Arial Black" w:hAnsi="Arial Black"/>
          <w:sz w:val="24"/>
        </w:rPr>
        <w:t>No</w:t>
      </w:r>
    </w:p>
    <w:p w14:paraId="5C70ABE5" w14:textId="5FFDF22C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On-site restaurant: </w:t>
      </w:r>
      <w:r w:rsidR="00A66567" w:rsidRPr="00D53E50">
        <w:rPr>
          <w:rFonts w:ascii="Arial Black" w:hAnsi="Arial Black"/>
          <w:sz w:val="24"/>
        </w:rPr>
        <w:t>Yes</w:t>
      </w:r>
      <w:r w:rsidR="00B06BE2" w:rsidRPr="00D53E50">
        <w:rPr>
          <w:rFonts w:ascii="Arial Black" w:hAnsi="Arial Black"/>
          <w:sz w:val="24"/>
        </w:rPr>
        <w:t xml:space="preserve">; serving breakfast, lunch and dinner. </w:t>
      </w:r>
    </w:p>
    <w:p w14:paraId="697F4CE0" w14:textId="1DE85A61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lastRenderedPageBreak/>
        <w:t xml:space="preserve">Lincoln Airport shuttle: </w:t>
      </w:r>
      <w:r w:rsidR="00A66567" w:rsidRPr="00D53E50">
        <w:rPr>
          <w:rFonts w:ascii="Arial Black" w:hAnsi="Arial Black"/>
          <w:sz w:val="24"/>
        </w:rPr>
        <w:t>Yes</w:t>
      </w:r>
    </w:p>
    <w:p w14:paraId="53B521AA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7. Hilton Garden Inn Lincoln Downtown/Haymarket</w:t>
      </w:r>
    </w:p>
    <w:p w14:paraId="66D94D00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Address: </w:t>
      </w:r>
      <w:r w:rsidRPr="00D53E50">
        <w:rPr>
          <w:rFonts w:ascii="Arial Black" w:hAnsi="Arial Black"/>
          <w:sz w:val="24"/>
        </w:rPr>
        <w:t>801 R Street, Lincoln, NE 68508</w:t>
      </w:r>
    </w:p>
    <w:p w14:paraId="396BD576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402-475-9000</w:t>
      </w:r>
    </w:p>
    <w:p w14:paraId="78E8EF3F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https://www.hilton.com</w:t>
      </w:r>
    </w:p>
    <w:p w14:paraId="1B2F4CDC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Estimated nightly cost: $150–$260</w:t>
      </w:r>
    </w:p>
    <w:p w14:paraId="00A448E6" w14:textId="4D186C1D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Breakfast: </w:t>
      </w:r>
      <w:r w:rsidR="00B06BE2" w:rsidRPr="00D53E50">
        <w:rPr>
          <w:rFonts w:ascii="Arial Black" w:hAnsi="Arial Black"/>
          <w:sz w:val="24"/>
        </w:rPr>
        <w:t xml:space="preserve">Yes, </w:t>
      </w:r>
      <w:r w:rsidRPr="00D53E50">
        <w:rPr>
          <w:rFonts w:ascii="Arial Black" w:hAnsi="Arial Black"/>
          <w:sz w:val="24"/>
        </w:rPr>
        <w:t xml:space="preserve">Available for purchase </w:t>
      </w:r>
    </w:p>
    <w:p w14:paraId="398D6324" w14:textId="35A2BE72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On-site restaurant: Yes; </w:t>
      </w:r>
      <w:r w:rsidR="00976F7A" w:rsidRPr="00D53E50">
        <w:rPr>
          <w:rFonts w:ascii="Arial Black" w:hAnsi="Arial Black"/>
          <w:sz w:val="24"/>
        </w:rPr>
        <w:t>serving breakfast and dinner.</w:t>
      </w:r>
    </w:p>
    <w:p w14:paraId="00212FC7" w14:textId="3F7D74E9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Lincoln Airport shuttle: </w:t>
      </w:r>
      <w:r w:rsidR="00A66567" w:rsidRPr="00D53E50">
        <w:rPr>
          <w:rFonts w:ascii="Arial Black" w:hAnsi="Arial Black"/>
          <w:sz w:val="24"/>
        </w:rPr>
        <w:t>No</w:t>
      </w:r>
    </w:p>
    <w:p w14:paraId="1432A01D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8. Courtyard by Marriott Lincoln Downtown/Haymarket</w:t>
      </w:r>
    </w:p>
    <w:p w14:paraId="75354290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Address: 808 R Street, Lincoln, NE 68508</w:t>
      </w:r>
    </w:p>
    <w:p w14:paraId="17478834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402-904-4800</w:t>
      </w:r>
    </w:p>
    <w:p w14:paraId="2E41028A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https://www.marriott.com</w:t>
      </w:r>
    </w:p>
    <w:p w14:paraId="0F0B4532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Estimated nightly cost: </w:t>
      </w:r>
      <w:r w:rsidRPr="00D53E50">
        <w:rPr>
          <w:rFonts w:ascii="Arial Black" w:hAnsi="Arial Black"/>
          <w:sz w:val="24"/>
        </w:rPr>
        <w:t>$150–$260</w:t>
      </w:r>
    </w:p>
    <w:p w14:paraId="3E6A5991" w14:textId="72D00A68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Breakfast: </w:t>
      </w:r>
      <w:r w:rsidR="00B06BE2" w:rsidRPr="00D53E50">
        <w:rPr>
          <w:rFonts w:ascii="Arial Black" w:hAnsi="Arial Black"/>
          <w:sz w:val="24"/>
        </w:rPr>
        <w:t xml:space="preserve">Yes; </w:t>
      </w:r>
      <w:r w:rsidRPr="00D53E50">
        <w:rPr>
          <w:rFonts w:ascii="Arial Black" w:hAnsi="Arial Black"/>
          <w:sz w:val="24"/>
        </w:rPr>
        <w:t>Available for purchase</w:t>
      </w:r>
    </w:p>
    <w:p w14:paraId="10FAF7AE" w14:textId="396999E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On-site restaurant: Yes; </w:t>
      </w:r>
      <w:r w:rsidRPr="00D53E50">
        <w:rPr>
          <w:rFonts w:ascii="Arial Black" w:hAnsi="Arial Black"/>
          <w:sz w:val="24"/>
        </w:rPr>
        <w:t>serv</w:t>
      </w:r>
      <w:r w:rsidR="00976F7A" w:rsidRPr="00D53E50">
        <w:rPr>
          <w:rFonts w:ascii="Arial Black" w:hAnsi="Arial Black"/>
          <w:sz w:val="24"/>
        </w:rPr>
        <w:t>ing</w:t>
      </w:r>
      <w:r w:rsidRPr="00D53E50">
        <w:rPr>
          <w:rFonts w:ascii="Arial Black" w:hAnsi="Arial Black"/>
          <w:sz w:val="24"/>
        </w:rPr>
        <w:t xml:space="preserve"> breakfast and</w:t>
      </w:r>
      <w:r w:rsidR="00976F7A" w:rsidRPr="00D53E50">
        <w:rPr>
          <w:rFonts w:ascii="Arial Black" w:hAnsi="Arial Black"/>
          <w:sz w:val="24"/>
        </w:rPr>
        <w:t xml:space="preserve"> small eats</w:t>
      </w:r>
      <w:r w:rsidRPr="00D53E50">
        <w:rPr>
          <w:rFonts w:ascii="Arial Black" w:hAnsi="Arial Black"/>
          <w:sz w:val="24"/>
        </w:rPr>
        <w:t>.</w:t>
      </w:r>
    </w:p>
    <w:p w14:paraId="06FC8630" w14:textId="1C843546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Lincoln Airport shuttle: </w:t>
      </w:r>
      <w:r w:rsidR="00A66567" w:rsidRPr="00D53E50">
        <w:rPr>
          <w:rFonts w:ascii="Arial Black" w:hAnsi="Arial Black"/>
          <w:sz w:val="24"/>
        </w:rPr>
        <w:t>Yes</w:t>
      </w:r>
    </w:p>
    <w:p w14:paraId="20B486DA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9. Hyatt Place Lincoln Downtown/Haymarket</w:t>
      </w:r>
    </w:p>
    <w:p w14:paraId="48A62180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Address: 600 Q Street, Lincoln, NE 68508</w:t>
      </w:r>
    </w:p>
    <w:p w14:paraId="28601035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402-742-6007</w:t>
      </w:r>
    </w:p>
    <w:p w14:paraId="085A7987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https://www.hyatt.com/hyatt-place/en-US/lnkzl-hyatt-place-lincoln-downtown-haymarket</w:t>
      </w:r>
    </w:p>
    <w:p w14:paraId="11F4F355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Estimated nightly cost: $140–$250</w:t>
      </w:r>
    </w:p>
    <w:p w14:paraId="7D27BBB2" w14:textId="30CE2703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Breakfast: </w:t>
      </w:r>
      <w:r w:rsidR="00B06BE2" w:rsidRPr="00D53E50">
        <w:rPr>
          <w:rFonts w:ascii="Arial Black" w:hAnsi="Arial Black"/>
          <w:sz w:val="24"/>
        </w:rPr>
        <w:t xml:space="preserve">Yes; </w:t>
      </w:r>
      <w:r w:rsidRPr="00D53E50">
        <w:rPr>
          <w:rFonts w:ascii="Arial Black" w:hAnsi="Arial Black"/>
          <w:sz w:val="24"/>
        </w:rPr>
        <w:t>Complimentary breakfast included.</w:t>
      </w:r>
    </w:p>
    <w:p w14:paraId="7858A83A" w14:textId="25A54EAF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On-site restaurant: </w:t>
      </w:r>
      <w:r w:rsidR="00A66567" w:rsidRPr="00D53E50">
        <w:rPr>
          <w:rFonts w:ascii="Arial Black" w:hAnsi="Arial Black"/>
          <w:sz w:val="24"/>
        </w:rPr>
        <w:t>Yes</w:t>
      </w:r>
      <w:r w:rsidR="00B06BE2" w:rsidRPr="00D53E50">
        <w:rPr>
          <w:rFonts w:ascii="Arial Black" w:hAnsi="Arial Black"/>
          <w:sz w:val="24"/>
        </w:rPr>
        <w:t>;</w:t>
      </w:r>
      <w:r w:rsidR="00A66567" w:rsidRPr="00D53E50">
        <w:rPr>
          <w:rFonts w:ascii="Arial Black" w:hAnsi="Arial Black"/>
          <w:sz w:val="24"/>
        </w:rPr>
        <w:t xml:space="preserve"> </w:t>
      </w:r>
      <w:r w:rsidR="006B4708" w:rsidRPr="00D53E50">
        <w:rPr>
          <w:rFonts w:ascii="Arial Black" w:hAnsi="Arial Black"/>
          <w:sz w:val="24"/>
        </w:rPr>
        <w:t>serving drinks and small eats.</w:t>
      </w:r>
    </w:p>
    <w:p w14:paraId="7C3AAFFA" w14:textId="53870E58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Lincoln Airport shuttle: No </w:t>
      </w:r>
    </w:p>
    <w:p w14:paraId="0B4B1531" w14:textId="77777777" w:rsidR="006B4708" w:rsidRPr="00D53E50" w:rsidRDefault="006B4708">
      <w:pPr>
        <w:pStyle w:val="Heading1"/>
        <w:rPr>
          <w:rFonts w:ascii="Arial Black" w:hAnsi="Arial Black"/>
          <w:b w:val="0"/>
          <w:sz w:val="24"/>
        </w:rPr>
      </w:pPr>
    </w:p>
    <w:p w14:paraId="727E1436" w14:textId="51C846A5" w:rsidR="00FD4A59" w:rsidRPr="00D53E50" w:rsidRDefault="00127977">
      <w:pPr>
        <w:pStyle w:val="Heading1"/>
        <w:rPr>
          <w:rFonts w:ascii="Arial Black" w:hAnsi="Arial Black"/>
          <w:b w:val="0"/>
          <w:sz w:val="24"/>
        </w:rPr>
      </w:pPr>
      <w:r w:rsidRPr="00D53E50">
        <w:rPr>
          <w:rFonts w:ascii="Arial Black" w:hAnsi="Arial Black"/>
          <w:b w:val="0"/>
          <w:sz w:val="24"/>
        </w:rPr>
        <w:t>Airport Contact Information</w:t>
      </w:r>
    </w:p>
    <w:p w14:paraId="69DA4856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Lincoln Airport (LNK)</w:t>
      </w:r>
    </w:p>
    <w:p w14:paraId="0BFCFF16" w14:textId="6B6F1169" w:rsidR="00A66567" w:rsidRPr="00D53E50" w:rsidRDefault="006B4708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It is approximately</w:t>
      </w:r>
      <w:r w:rsidR="00A66567" w:rsidRPr="00D53E50">
        <w:rPr>
          <w:rFonts w:ascii="Arial Black" w:hAnsi="Arial Black"/>
          <w:sz w:val="24"/>
        </w:rPr>
        <w:t xml:space="preserve"> 15 minutes from downtown.</w:t>
      </w:r>
    </w:p>
    <w:p w14:paraId="7615FAA8" w14:textId="0A4B7610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Address: 2400 W Adams Street, Lincoln, NE 68524</w:t>
      </w:r>
    </w:p>
    <w:p w14:paraId="443E030E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402-458-2480</w:t>
      </w:r>
    </w:p>
    <w:p w14:paraId="1A080C07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Email: customerservice@lincolnairport.com</w:t>
      </w:r>
    </w:p>
    <w:p w14:paraId="41C21726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https://lincolnairport.com</w:t>
      </w:r>
    </w:p>
    <w:p w14:paraId="4DFEE5E5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Omaha Eppley Airfield (OMA)</w:t>
      </w:r>
    </w:p>
    <w:p w14:paraId="057E4DB1" w14:textId="70A6ED62" w:rsidR="00A66567" w:rsidRPr="00D53E50" w:rsidRDefault="006B4708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It’s approximately</w:t>
      </w:r>
      <w:r w:rsidR="00A66567" w:rsidRPr="00D53E50">
        <w:rPr>
          <w:rFonts w:ascii="Arial Black" w:hAnsi="Arial Black"/>
          <w:sz w:val="24"/>
        </w:rPr>
        <w:t xml:space="preserve"> 60 minutes from downtown Lincoln</w:t>
      </w:r>
    </w:p>
    <w:p w14:paraId="46C65AE8" w14:textId="4B227F66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Address: 4501 Abbott Drive, Omaha, NE 68110</w:t>
      </w:r>
    </w:p>
    <w:p w14:paraId="429A5285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Airport information: 402-661-8017</w:t>
      </w:r>
    </w:p>
    <w:p w14:paraId="355C82CC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Business office: 402-661-8000</w:t>
      </w:r>
    </w:p>
    <w:p w14:paraId="391294B7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24-hour assistance: 402-661-8100</w:t>
      </w:r>
    </w:p>
    <w:p w14:paraId="18E00AB2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Email: </w:t>
      </w:r>
      <w:r w:rsidRPr="00D53E50">
        <w:rPr>
          <w:rFonts w:ascii="Arial Black" w:hAnsi="Arial Black"/>
          <w:sz w:val="24"/>
        </w:rPr>
        <w:t>customerservice@flyoma.com</w:t>
      </w:r>
    </w:p>
    <w:p w14:paraId="66071CD0" w14:textId="65FB36BB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Website: </w:t>
      </w:r>
      <w:hyperlink r:id="rId6" w:history="1">
        <w:r w:rsidR="00B06BE2" w:rsidRPr="00D53E50">
          <w:rPr>
            <w:rStyle w:val="Hyperlink"/>
            <w:rFonts w:ascii="Arial Black" w:hAnsi="Arial Black"/>
            <w:sz w:val="24"/>
          </w:rPr>
          <w:t>https://www.flyoma.com</w:t>
        </w:r>
      </w:hyperlink>
    </w:p>
    <w:p w14:paraId="39468C23" w14:textId="67801FA8" w:rsidR="00B06BE2" w:rsidRPr="00D53E50" w:rsidRDefault="00B06BE2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AIRA Access Point</w:t>
      </w:r>
    </w:p>
    <w:p w14:paraId="1DFB0106" w14:textId="77777777" w:rsidR="00B06BE2" w:rsidRPr="00D53E50" w:rsidRDefault="00B06BE2">
      <w:pPr>
        <w:spacing w:after="40"/>
        <w:rPr>
          <w:rFonts w:ascii="Arial Black" w:hAnsi="Arial Black"/>
          <w:sz w:val="24"/>
        </w:rPr>
      </w:pPr>
    </w:p>
    <w:p w14:paraId="39E942B6" w14:textId="77777777" w:rsidR="00FD4A59" w:rsidRPr="00D53E50" w:rsidRDefault="00127977">
      <w:pPr>
        <w:pStyle w:val="Heading1"/>
        <w:rPr>
          <w:rFonts w:ascii="Arial Black" w:hAnsi="Arial Black"/>
          <w:b w:val="0"/>
          <w:sz w:val="24"/>
        </w:rPr>
      </w:pPr>
      <w:r w:rsidRPr="00D53E50">
        <w:rPr>
          <w:rFonts w:ascii="Arial Black" w:hAnsi="Arial Black"/>
          <w:b w:val="0"/>
          <w:sz w:val="24"/>
        </w:rPr>
        <w:t>Transportation Between Lincoln and Omaha</w:t>
      </w:r>
    </w:p>
    <w:p w14:paraId="44B11037" w14:textId="77777777" w:rsidR="00FD4A59" w:rsidRPr="00D53E50" w:rsidRDefault="00127977">
      <w:pPr>
        <w:pStyle w:val="Heading2"/>
        <w:rPr>
          <w:rFonts w:ascii="Arial Black" w:hAnsi="Arial Black"/>
          <w:b w:val="0"/>
        </w:rPr>
      </w:pPr>
      <w:r w:rsidRPr="00D53E50">
        <w:rPr>
          <w:rFonts w:ascii="Arial Black" w:hAnsi="Arial Black"/>
          <w:b w:val="0"/>
        </w:rPr>
        <w:t>OMALiNK Airport Shuttle</w:t>
      </w:r>
    </w:p>
    <w:p w14:paraId="57C7EE7D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Phone: 402-475-5465</w:t>
      </w:r>
    </w:p>
    <w:p w14:paraId="2C150974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Email: office@omalink.com</w:t>
      </w:r>
    </w:p>
    <w:p w14:paraId="3E186B07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Website: https://www.omalink.com</w:t>
      </w:r>
    </w:p>
    <w:p w14:paraId="49CEB4BF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Service: Shared shuttle, private rides, and Lincoln home/hotel pickup.</w:t>
      </w:r>
    </w:p>
    <w:p w14:paraId="7DF50D17" w14:textId="77777777" w:rsidR="00FD4A59" w:rsidRPr="00D53E50" w:rsidRDefault="00127977">
      <w:pPr>
        <w:spacing w:after="40"/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>Reservations: Advance reservations required.</w:t>
      </w:r>
    </w:p>
    <w:p w14:paraId="1E5DFB42" w14:textId="497FFDE5" w:rsidR="00FD4A59" w:rsidRPr="00D53E50" w:rsidRDefault="00A66567">
      <w:pPr>
        <w:rPr>
          <w:rFonts w:ascii="Arial Black" w:hAnsi="Arial Black"/>
          <w:sz w:val="24"/>
        </w:rPr>
      </w:pPr>
      <w:r w:rsidRPr="00D53E50">
        <w:rPr>
          <w:rFonts w:ascii="Arial Black" w:hAnsi="Arial Black"/>
          <w:sz w:val="24"/>
        </w:rPr>
        <w:t xml:space="preserve">Uber and Lyft </w:t>
      </w:r>
      <w:r w:rsidR="006B4708" w:rsidRPr="00D53E50">
        <w:rPr>
          <w:rFonts w:ascii="Arial Black" w:hAnsi="Arial Black"/>
          <w:sz w:val="24"/>
        </w:rPr>
        <w:t>are also</w:t>
      </w:r>
      <w:r w:rsidR="00B06BE2" w:rsidRPr="00D53E50">
        <w:rPr>
          <w:rFonts w:ascii="Arial Black" w:hAnsi="Arial Black"/>
          <w:sz w:val="24"/>
        </w:rPr>
        <w:t xml:space="preserve"> </w:t>
      </w:r>
      <w:r w:rsidRPr="00D53E50">
        <w:rPr>
          <w:rFonts w:ascii="Arial Black" w:hAnsi="Arial Black"/>
          <w:sz w:val="24"/>
        </w:rPr>
        <w:t>available at both airports.</w:t>
      </w:r>
    </w:p>
    <w:p w14:paraId="3AE0CFB2" w14:textId="77777777" w:rsidR="00A66567" w:rsidRPr="00D53E50" w:rsidRDefault="00A66567">
      <w:pPr>
        <w:rPr>
          <w:rFonts w:ascii="Arial Black" w:hAnsi="Arial Black"/>
          <w:sz w:val="24"/>
        </w:rPr>
      </w:pPr>
    </w:p>
    <w:sectPr w:rsidR="00A66567" w:rsidRPr="00D53E50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6927358">
    <w:abstractNumId w:val="8"/>
  </w:num>
  <w:num w:numId="2" w16cid:durableId="336812619">
    <w:abstractNumId w:val="6"/>
  </w:num>
  <w:num w:numId="3" w16cid:durableId="1156530130">
    <w:abstractNumId w:val="5"/>
  </w:num>
  <w:num w:numId="4" w16cid:durableId="573785286">
    <w:abstractNumId w:val="4"/>
  </w:num>
  <w:num w:numId="5" w16cid:durableId="813719871">
    <w:abstractNumId w:val="7"/>
  </w:num>
  <w:num w:numId="6" w16cid:durableId="934367813">
    <w:abstractNumId w:val="3"/>
  </w:num>
  <w:num w:numId="7" w16cid:durableId="872154537">
    <w:abstractNumId w:val="2"/>
  </w:num>
  <w:num w:numId="8" w16cid:durableId="2142652337">
    <w:abstractNumId w:val="1"/>
  </w:num>
  <w:num w:numId="9" w16cid:durableId="151769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7977"/>
    <w:rsid w:val="0015074B"/>
    <w:rsid w:val="0029639D"/>
    <w:rsid w:val="00326F90"/>
    <w:rsid w:val="006B4708"/>
    <w:rsid w:val="00976F7A"/>
    <w:rsid w:val="009F4959"/>
    <w:rsid w:val="00A66567"/>
    <w:rsid w:val="00AA1D8D"/>
    <w:rsid w:val="00B06BE2"/>
    <w:rsid w:val="00B47730"/>
    <w:rsid w:val="00CB0664"/>
    <w:rsid w:val="00D53E50"/>
    <w:rsid w:val="00FC693F"/>
    <w:rsid w:val="00FD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5F60E4"/>
  <w14:defaultImageDpi w14:val="300"/>
  <w15:docId w15:val="{699B7D17-8D6D-4EEA-827B-889F0DC6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06B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6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lyom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Jeremy Richey</cp:lastModifiedBy>
  <cp:revision>3</cp:revision>
  <dcterms:created xsi:type="dcterms:W3CDTF">2026-10-13T21:21:00Z</dcterms:created>
  <dcterms:modified xsi:type="dcterms:W3CDTF">2026-10-13T21:23:00Z</dcterms:modified>
  <cp:category/>
</cp:coreProperties>
</file>