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19FA" w:rsidRDefault="00913BF7">
      <w:pPr>
        <w:spacing w:after="160"/>
        <w:jc w:val="center"/>
      </w:pPr>
      <w:r>
        <w:rPr>
          <w:b/>
          <w:sz w:val="36"/>
        </w:rPr>
        <w:t>NATIONAL FEDERATION OF THE BLIND OF NORTH DAKOTA</w:t>
      </w:r>
    </w:p>
    <w:p w:rsidR="007819FA" w:rsidRDefault="00913BF7">
      <w:pPr>
        <w:spacing w:after="120"/>
        <w:jc w:val="center"/>
      </w:pPr>
      <w:r>
        <w:rPr>
          <w:b/>
          <w:color w:val="004678"/>
          <w:sz w:val="52"/>
        </w:rPr>
        <w:t>SAVE THE DATE</w:t>
      </w:r>
    </w:p>
    <w:p w:rsidR="007819FA" w:rsidRDefault="00913BF7">
      <w:pPr>
        <w:jc w:val="center"/>
      </w:pPr>
      <w:r>
        <w:rPr>
          <w:b/>
          <w:color w:val="004678"/>
          <w:sz w:val="44"/>
        </w:rPr>
        <w:t>2026 STATE CONVENTION</w:t>
      </w:r>
    </w:p>
    <w:p w:rsidR="007819FA" w:rsidRDefault="00913BF7">
      <w:pPr>
        <w:spacing w:after="240"/>
        <w:jc w:val="center"/>
      </w:pPr>
      <w:r>
        <w:rPr>
          <w:b/>
          <w:sz w:val="38"/>
        </w:rPr>
        <w:t>BUILDING THE NEXT GENERATION OF LEADERS</w:t>
      </w:r>
    </w:p>
    <w:p w:rsidR="007819FA" w:rsidRDefault="00913BF7">
      <w:pPr>
        <w:spacing w:after="80"/>
        <w:jc w:val="center"/>
      </w:pPr>
      <w:r>
        <w:rPr>
          <w:b/>
          <w:color w:val="782828"/>
          <w:sz w:val="48"/>
        </w:rPr>
        <w:t>NOVEMBER 13–14, 2026</w:t>
      </w:r>
    </w:p>
    <w:p w:rsidR="007819FA" w:rsidRDefault="00913BF7">
      <w:pPr>
        <w:spacing w:after="280"/>
        <w:jc w:val="center"/>
      </w:pPr>
      <w:r>
        <w:rPr>
          <w:b/>
          <w:sz w:val="38"/>
        </w:rPr>
        <w:t>GRAND FORKS, NORTH DAKOTA</w:t>
      </w:r>
    </w:p>
    <w:p w:rsidR="007819FA" w:rsidRDefault="00913BF7">
      <w:r>
        <w:t>Join blind and low-vision North Dakotans, students, parents, educators, professionals, and community partners for a weekend focused on leadership, opportunity, advocacy, and community.</w:t>
      </w:r>
    </w:p>
    <w:p w:rsidR="007819FA" w:rsidRDefault="00913BF7">
      <w:pPr>
        <w:spacing w:after="80"/>
      </w:pPr>
      <w:r>
        <w:rPr>
          <w:b/>
          <w:sz w:val="36"/>
        </w:rPr>
        <w:t>Convention Focus</w:t>
      </w:r>
    </w:p>
    <w:p w:rsidR="007819FA" w:rsidRDefault="00913BF7">
      <w:pPr>
        <w:spacing w:after="40"/>
      </w:pPr>
      <w:r>
        <w:t xml:space="preserve">Leadership development and building strong affiliates </w:t>
      </w:r>
    </w:p>
    <w:p w:rsidR="007819FA" w:rsidRDefault="00913BF7">
      <w:pPr>
        <w:spacing w:after="40"/>
      </w:pPr>
      <w:r>
        <w:t>Membership growth and community engagement</w:t>
      </w:r>
    </w:p>
    <w:p w:rsidR="007819FA" w:rsidRDefault="00913BF7">
      <w:pPr>
        <w:spacing w:after="40"/>
      </w:pPr>
      <w:r>
        <w:t>Student and young adult opportunities</w:t>
      </w:r>
    </w:p>
    <w:p w:rsidR="007819FA" w:rsidRDefault="00913BF7">
      <w:pPr>
        <w:spacing w:after="40"/>
      </w:pPr>
      <w:r>
        <w:t>Parent involvement and family support</w:t>
      </w:r>
    </w:p>
    <w:p w:rsidR="007819FA" w:rsidRDefault="00913BF7">
      <w:pPr>
        <w:spacing w:after="40"/>
      </w:pPr>
      <w:r>
        <w:t>Advocacy, public policy, and resources for blind North Dakotans</w:t>
      </w:r>
    </w:p>
    <w:p w:rsidR="007819FA" w:rsidRDefault="00913BF7">
      <w:pPr>
        <w:spacing w:after="40"/>
      </w:pPr>
      <w:r>
        <w:t>Federation fellowship and networking</w:t>
      </w:r>
    </w:p>
    <w:p w:rsidR="007819FA" w:rsidRDefault="00913BF7">
      <w:pPr>
        <w:spacing w:after="80"/>
      </w:pPr>
      <w:r>
        <w:rPr>
          <w:b/>
          <w:sz w:val="36"/>
        </w:rPr>
        <w:t>Who Should Attend?</w:t>
      </w:r>
    </w:p>
    <w:p w:rsidR="007819FA" w:rsidRDefault="00913BF7">
      <w:r>
        <w:t>Blind and low-vision individuals, students and young adults, parents and family members, educators, rehabilitation professionals, community leaders, advocates, and anyone interested in creating greater opportunities for blind North Dakotans.</w:t>
      </w:r>
    </w:p>
    <w:p w:rsidR="007819FA" w:rsidRDefault="00913BF7">
      <w:pPr>
        <w:spacing w:after="80"/>
      </w:pPr>
      <w:r>
        <w:rPr>
          <w:b/>
          <w:sz w:val="36"/>
        </w:rPr>
        <w:t>For More Information</w:t>
      </w:r>
    </w:p>
    <w:p w:rsidR="007819FA" w:rsidRDefault="00913BF7">
      <w:pPr>
        <w:spacing w:after="160"/>
      </w:pPr>
      <w:r>
        <w:t>Angelita Martinez</w:t>
      </w:r>
      <w:r>
        <w:br/>
        <w:t>President, National Federation of the Blind of North Dakota</w:t>
      </w:r>
      <w:r>
        <w:br/>
        <w:t>Phone: 701-446-8097</w:t>
      </w:r>
      <w:r>
        <w:br/>
        <w:t>Email: president@nfbnd.org</w:t>
      </w:r>
    </w:p>
    <w:p w:rsidR="007819FA" w:rsidRDefault="00913BF7">
      <w:pPr>
        <w:spacing w:after="0"/>
        <w:jc w:val="center"/>
      </w:pPr>
      <w:r>
        <w:rPr>
          <w:b/>
          <w:color w:val="004678"/>
        </w:rPr>
        <w:t>Together, we are building the next generation of leaders.</w:t>
      </w:r>
    </w:p>
    <w:sectPr w:rsidR="007819FA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962217">
    <w:abstractNumId w:val="8"/>
  </w:num>
  <w:num w:numId="2" w16cid:durableId="546600798">
    <w:abstractNumId w:val="6"/>
  </w:num>
  <w:num w:numId="3" w16cid:durableId="904989459">
    <w:abstractNumId w:val="5"/>
  </w:num>
  <w:num w:numId="4" w16cid:durableId="564535076">
    <w:abstractNumId w:val="4"/>
  </w:num>
  <w:num w:numId="5" w16cid:durableId="916524611">
    <w:abstractNumId w:val="7"/>
  </w:num>
  <w:num w:numId="6" w16cid:durableId="1373505242">
    <w:abstractNumId w:val="3"/>
  </w:num>
  <w:num w:numId="7" w16cid:durableId="1428886002">
    <w:abstractNumId w:val="2"/>
  </w:num>
  <w:num w:numId="8" w16cid:durableId="1053188351">
    <w:abstractNumId w:val="1"/>
  </w:num>
  <w:num w:numId="9" w16cid:durableId="194052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D8B"/>
    <w:rsid w:val="0006063C"/>
    <w:rsid w:val="0015074B"/>
    <w:rsid w:val="0029639D"/>
    <w:rsid w:val="00326F90"/>
    <w:rsid w:val="007819FA"/>
    <w:rsid w:val="00913B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EBF608"/>
  <w14:defaultImageDpi w14:val="300"/>
  <w15:docId w15:val="{A8F16984-D681-DF43-A397-BF7554AC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Angelita</cp:lastModifiedBy>
  <cp:revision>2</cp:revision>
  <dcterms:created xsi:type="dcterms:W3CDTF">2013-12-23T23:15:00Z</dcterms:created>
  <dcterms:modified xsi:type="dcterms:W3CDTF">2026-07-02T15:41:00Z</dcterms:modified>
  <cp:category/>
</cp:coreProperties>
</file>